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F50F" w14:textId="77777777" w:rsidR="00860232" w:rsidRPr="00E81F94" w:rsidRDefault="00860232">
      <w:pPr>
        <w:pStyle w:val="Title"/>
        <w:rPr>
          <w:sz w:val="36"/>
          <w:szCs w:val="36"/>
        </w:rPr>
      </w:pPr>
      <w:r w:rsidRPr="00E81F94">
        <w:rPr>
          <w:sz w:val="36"/>
          <w:szCs w:val="36"/>
        </w:rPr>
        <w:t>Insight Training</w:t>
      </w:r>
    </w:p>
    <w:p w14:paraId="4976D2CB" w14:textId="77777777" w:rsidR="00860232" w:rsidRPr="00E81F94" w:rsidRDefault="00860232">
      <w:pPr>
        <w:pStyle w:val="Title"/>
        <w:rPr>
          <w:sz w:val="36"/>
          <w:szCs w:val="36"/>
        </w:rPr>
      </w:pPr>
    </w:p>
    <w:p w14:paraId="5130C257" w14:textId="7A311EC8" w:rsidR="009B20DB" w:rsidRPr="00E81F94" w:rsidRDefault="00000000">
      <w:pPr>
        <w:pStyle w:val="Title"/>
        <w:rPr>
          <w:sz w:val="36"/>
          <w:szCs w:val="36"/>
        </w:rPr>
      </w:pPr>
      <w:r w:rsidRPr="00E81F94">
        <w:rPr>
          <w:sz w:val="36"/>
          <w:szCs w:val="36"/>
        </w:rPr>
        <w:t>Level 3 Counselling Diploma – Reflective Journal Template</w:t>
      </w:r>
    </w:p>
    <w:p w14:paraId="569C6649" w14:textId="77777777" w:rsidR="009B20DB" w:rsidRDefault="00000000">
      <w:r>
        <w:t>Student Name:</w:t>
      </w:r>
      <w:r>
        <w:br/>
        <w:t>Date:</w:t>
      </w:r>
      <w:r>
        <w:br/>
        <w:t>Session Number:</w:t>
      </w:r>
      <w:r>
        <w:br/>
        <w:t>Group Topic/Focus:</w:t>
      </w:r>
      <w:r>
        <w:br/>
      </w:r>
    </w:p>
    <w:p w14:paraId="490CE0D3" w14:textId="77777777" w:rsidR="009B20DB" w:rsidRDefault="00000000">
      <w:pPr>
        <w:pStyle w:val="Heading1"/>
      </w:pPr>
      <w:r>
        <w:t>1. Description of the Session</w:t>
      </w:r>
    </w:p>
    <w:p w14:paraId="0E19E47C" w14:textId="77777777" w:rsidR="009B20DB" w:rsidRDefault="00000000">
      <w:r>
        <w:t>Briefly describe what took place in the session. Include the main activities, skills practised, and any key themes or discussions. Keep this section factual and concise, focusing on what happened rather than analysis.</w:t>
      </w:r>
    </w:p>
    <w:p w14:paraId="125F16C2" w14:textId="77777777" w:rsidR="009B20DB" w:rsidRDefault="00000000">
      <w:pPr>
        <w:pStyle w:val="Heading1"/>
      </w:pPr>
      <w:r>
        <w:t>2. Personal Reflection</w:t>
      </w:r>
    </w:p>
    <w:p w14:paraId="64F8BC4F" w14:textId="77777777" w:rsidR="009B20DB" w:rsidRDefault="00000000">
      <w:r>
        <w:t>Reflect on your personal experience during the session. How did you feel when participating in the skills practice or group discussion? What thoughts or reactions came up for you? Consider how comfortable or challenged you felt and why.</w:t>
      </w:r>
    </w:p>
    <w:p w14:paraId="355D0681" w14:textId="77777777" w:rsidR="009B20DB" w:rsidRDefault="00000000">
      <w:pPr>
        <w:pStyle w:val="Heading1"/>
      </w:pPr>
      <w:r>
        <w:t>3. Skills Development</w:t>
      </w:r>
    </w:p>
    <w:p w14:paraId="4CCF5A9B" w14:textId="77777777" w:rsidR="009B20DB" w:rsidRDefault="00000000">
      <w:r>
        <w:t>Identify the counselling skills you used or observed (e.g. active listening, empathy, questioning, paraphrasing). What went well? Provide specific examples. What skills do you feel need further development?</w:t>
      </w:r>
    </w:p>
    <w:p w14:paraId="49D3BAAF" w14:textId="77777777" w:rsidR="009B20DB" w:rsidRDefault="00000000">
      <w:pPr>
        <w:pStyle w:val="Heading1"/>
      </w:pPr>
      <w:r>
        <w:t>4. Self-Awareness</w:t>
      </w:r>
    </w:p>
    <w:p w14:paraId="5AADA543" w14:textId="77777777" w:rsidR="009B20DB" w:rsidRDefault="00000000">
      <w:r>
        <w:t>Consider how your own experiences, values, or beliefs may have influenced your responses. Did anything surprise you about your reactions? How did you manage your thoughts and feelings in a professional way?</w:t>
      </w:r>
    </w:p>
    <w:p w14:paraId="52A9E570" w14:textId="77777777" w:rsidR="009B20DB" w:rsidRDefault="00000000">
      <w:pPr>
        <w:pStyle w:val="Heading1"/>
      </w:pPr>
      <w:r>
        <w:t>5. Learning and Insights</w:t>
      </w:r>
    </w:p>
    <w:p w14:paraId="5AD3DB51" w14:textId="77777777" w:rsidR="009B20DB" w:rsidRDefault="00000000">
      <w:r>
        <w:t>What have you learned from this session about yourself, others, or the counselling process? How has this session contributed to your understanding of counselling skills in practice?</w:t>
      </w:r>
    </w:p>
    <w:p w14:paraId="0C91A645" w14:textId="77777777" w:rsidR="009B20DB" w:rsidRDefault="00000000">
      <w:pPr>
        <w:pStyle w:val="Heading1"/>
      </w:pPr>
      <w:r>
        <w:lastRenderedPageBreak/>
        <w:t>6. Action Plan</w:t>
      </w:r>
    </w:p>
    <w:p w14:paraId="4AA45180" w14:textId="77777777" w:rsidR="009B20DB" w:rsidRDefault="00000000">
      <w:r>
        <w:t>Identify one or two specific areas you would like to improve. What steps will you take to develop these skills before the next session?</w:t>
      </w:r>
    </w:p>
    <w:sectPr w:rsidR="009B20D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4600152">
    <w:abstractNumId w:val="8"/>
  </w:num>
  <w:num w:numId="2" w16cid:durableId="1256285996">
    <w:abstractNumId w:val="6"/>
  </w:num>
  <w:num w:numId="3" w16cid:durableId="985084254">
    <w:abstractNumId w:val="5"/>
  </w:num>
  <w:num w:numId="4" w16cid:durableId="237711904">
    <w:abstractNumId w:val="4"/>
  </w:num>
  <w:num w:numId="5" w16cid:durableId="1858496242">
    <w:abstractNumId w:val="7"/>
  </w:num>
  <w:num w:numId="6" w16cid:durableId="2134135393">
    <w:abstractNumId w:val="3"/>
  </w:num>
  <w:num w:numId="7" w16cid:durableId="1749503020">
    <w:abstractNumId w:val="2"/>
  </w:num>
  <w:num w:numId="8" w16cid:durableId="322247464">
    <w:abstractNumId w:val="1"/>
  </w:num>
  <w:num w:numId="9" w16cid:durableId="1284531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F0AE6"/>
    <w:rsid w:val="00860232"/>
    <w:rsid w:val="009B20DB"/>
    <w:rsid w:val="00AA1D8D"/>
    <w:rsid w:val="00B47730"/>
    <w:rsid w:val="00CB0664"/>
    <w:rsid w:val="00E81F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1707F"/>
  <w14:defaultImageDpi w14:val="300"/>
  <w15:docId w15:val="{2E0D5F6A-A223-4AC2-89A6-BA89320C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McNabb</cp:lastModifiedBy>
  <cp:revision>3</cp:revision>
  <dcterms:created xsi:type="dcterms:W3CDTF">2026-04-22T09:10:00Z</dcterms:created>
  <dcterms:modified xsi:type="dcterms:W3CDTF">2026-04-22T09:15:00Z</dcterms:modified>
  <cp:category/>
</cp:coreProperties>
</file>